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F7B42E" w14:textId="77777777" w:rsidR="00C46649" w:rsidRDefault="00A41BCE" w:rsidP="005D3599">
      <w:pPr>
        <w:spacing w:after="20"/>
        <w:jc w:val="center"/>
      </w:pPr>
      <w:r>
        <w:rPr>
          <w:b/>
          <w:color w:val="1F3A5F"/>
          <w:sz w:val="40"/>
        </w:rPr>
        <w:t>Protokol o vybavení reklamácie</w:t>
      </w:r>
    </w:p>
    <w:p w14:paraId="79C81762" w14:textId="3DCF909E" w:rsidR="00C46649" w:rsidRPr="005D3599" w:rsidRDefault="00A41BCE" w:rsidP="005D3599">
      <w:pPr>
        <w:spacing w:after="160"/>
        <w:jc w:val="center"/>
        <w:rPr>
          <w:b/>
          <w:color w:val="2F6FED"/>
          <w:lang w:val="sk-SK"/>
        </w:rPr>
      </w:pPr>
      <w:r w:rsidRPr="005D3599">
        <w:rPr>
          <w:b/>
          <w:color w:val="2F6FED"/>
          <w:lang w:val="sk-SK"/>
        </w:rPr>
        <w:t>Záznam o prijatí, posúdení a vybavení reklamácie</w:t>
      </w:r>
    </w:p>
    <w:p w14:paraId="5EEBD836" w14:textId="77777777" w:rsidR="005D3599" w:rsidRDefault="005D3599" w:rsidP="005D3599">
      <w:pPr>
        <w:spacing w:after="160"/>
        <w:jc w:val="center"/>
      </w:pPr>
    </w:p>
    <w:p w14:paraId="0C36002B" w14:textId="77777777" w:rsidR="00C46649" w:rsidRDefault="00A41BCE">
      <w:pPr>
        <w:spacing w:after="80" w:line="269" w:lineRule="auto"/>
      </w:pPr>
      <w:r>
        <w:rPr>
          <w:color w:val="64748B"/>
          <w:sz w:val="20"/>
        </w:rPr>
        <w:t>Protokol sa vzťahuje k reklamácii produktu zakúpeného kupujúcim od obchodníka. Reklamácia bola evidovaná pod číslom: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0406"/>
      </w:tblGrid>
      <w:tr w:rsidR="00C46649" w14:paraId="75684EB8" w14:textId="77777777">
        <w:trPr>
          <w:jc w:val="center"/>
        </w:trPr>
        <w:tc>
          <w:tcPr>
            <w:tcW w:w="10166" w:type="dxa"/>
            <w:tcBorders>
              <w:top w:val="single" w:sz="8" w:space="0" w:color="D9E2EF"/>
              <w:left w:val="single" w:sz="8" w:space="0" w:color="D9E2EF"/>
              <w:bottom w:val="single" w:sz="8" w:space="0" w:color="D9E2EF"/>
              <w:right w:val="single" w:sz="8" w:space="0" w:color="D9E2EF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0EB124F3" w14:textId="77777777" w:rsidR="00C46649" w:rsidRDefault="00A41BCE">
            <w:pPr>
              <w:spacing w:after="60"/>
            </w:pPr>
            <w:r>
              <w:rPr>
                <w:b/>
                <w:color w:val="64748B"/>
                <w:sz w:val="17"/>
              </w:rPr>
              <w:t>Číslo reklamácie / interné evidenčné číslo</w:t>
            </w:r>
          </w:p>
          <w:p w14:paraId="3CE34203" w14:textId="77777777" w:rsidR="00C46649" w:rsidRDefault="00C46649">
            <w:pPr>
              <w:pBdr>
                <w:bottom w:val="single" w:sz="4" w:space="2" w:color="D9E2EF"/>
              </w:pBdr>
              <w:spacing w:after="160"/>
            </w:pPr>
          </w:p>
        </w:tc>
      </w:tr>
    </w:tbl>
    <w:p w14:paraId="3DA0DCAF" w14:textId="77777777" w:rsidR="00C46649" w:rsidRDefault="00A41BCE">
      <w:pPr>
        <w:pBdr>
          <w:left w:val="single" w:sz="16" w:space="6" w:color="2F6FED"/>
        </w:pBdr>
        <w:shd w:val="clear" w:color="auto" w:fill="EEF5FF"/>
        <w:spacing w:before="180" w:after="100"/>
      </w:pPr>
      <w:r>
        <w:rPr>
          <w:b/>
          <w:color w:val="1F3A5F"/>
          <w:sz w:val="24"/>
        </w:rPr>
        <w:t>Identifikácia obchodníka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468"/>
        <w:gridCol w:w="3469"/>
        <w:gridCol w:w="3469"/>
      </w:tblGrid>
      <w:tr w:rsidR="0087592E" w14:paraId="6BF91449" w14:textId="77777777" w:rsidTr="0087592E">
        <w:trPr>
          <w:jc w:val="center"/>
        </w:trPr>
        <w:tc>
          <w:tcPr>
            <w:tcW w:w="6937" w:type="dxa"/>
            <w:gridSpan w:val="2"/>
            <w:tcBorders>
              <w:top w:val="single" w:sz="8" w:space="0" w:color="D9E2EF"/>
              <w:left w:val="single" w:sz="8" w:space="0" w:color="D9E2EF"/>
              <w:bottom w:val="single" w:sz="8" w:space="0" w:color="D9E2EF"/>
              <w:right w:val="single" w:sz="8" w:space="0" w:color="D9E2EF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580CA0EC" w14:textId="77777777" w:rsidR="0087592E" w:rsidRPr="00EA4AFA" w:rsidRDefault="0087592E" w:rsidP="0087592E">
            <w:pPr>
              <w:spacing w:after="60"/>
              <w:rPr>
                <w:b/>
                <w:color w:val="64748B"/>
                <w:sz w:val="17"/>
              </w:rPr>
            </w:pPr>
            <w:proofErr w:type="spellStart"/>
            <w:r>
              <w:rPr>
                <w:b/>
                <w:color w:val="64748B"/>
                <w:sz w:val="17"/>
              </w:rPr>
              <w:t>Obchodné</w:t>
            </w:r>
            <w:proofErr w:type="spellEnd"/>
            <w:r>
              <w:rPr>
                <w:b/>
                <w:color w:val="64748B"/>
                <w:sz w:val="17"/>
              </w:rPr>
              <w:t xml:space="preserve"> </w:t>
            </w:r>
            <w:proofErr w:type="spellStart"/>
            <w:r>
              <w:rPr>
                <w:b/>
                <w:color w:val="64748B"/>
                <w:sz w:val="17"/>
              </w:rPr>
              <w:t>meno</w:t>
            </w:r>
            <w:proofErr w:type="spellEnd"/>
          </w:p>
          <w:p w14:paraId="0DD0E315" w14:textId="7786692E" w:rsidR="0087592E" w:rsidRDefault="0087592E" w:rsidP="0087592E">
            <w:pPr>
              <w:pBdr>
                <w:bottom w:val="single" w:sz="4" w:space="2" w:color="D9E2EF"/>
              </w:pBdr>
              <w:spacing w:after="160"/>
            </w:pPr>
            <w:r w:rsidRPr="00EA4AFA">
              <w:rPr>
                <w:bCs/>
                <w:color w:val="64748B"/>
                <w:sz w:val="17"/>
              </w:rPr>
              <w:t xml:space="preserve">JL </w:t>
            </w:r>
            <w:proofErr w:type="spellStart"/>
            <w:r w:rsidRPr="00EA4AFA">
              <w:rPr>
                <w:bCs/>
                <w:color w:val="64748B"/>
                <w:sz w:val="17"/>
              </w:rPr>
              <w:t>Parket</w:t>
            </w:r>
            <w:proofErr w:type="spellEnd"/>
            <w:r w:rsidRPr="00EA4AFA">
              <w:rPr>
                <w:bCs/>
                <w:color w:val="64748B"/>
                <w:sz w:val="17"/>
              </w:rPr>
              <w:t xml:space="preserve"> </w:t>
            </w:r>
            <w:proofErr w:type="spellStart"/>
            <w:r w:rsidRPr="00EA4AFA">
              <w:rPr>
                <w:bCs/>
                <w:color w:val="64748B"/>
                <w:sz w:val="17"/>
              </w:rPr>
              <w:t>s.r.o.</w:t>
            </w:r>
            <w:proofErr w:type="spellEnd"/>
          </w:p>
        </w:tc>
        <w:tc>
          <w:tcPr>
            <w:tcW w:w="3469" w:type="dxa"/>
            <w:tcBorders>
              <w:top w:val="single" w:sz="8" w:space="0" w:color="D9E2EF"/>
              <w:left w:val="single" w:sz="8" w:space="0" w:color="D9E2EF"/>
              <w:bottom w:val="single" w:sz="8" w:space="0" w:color="D9E2EF"/>
              <w:right w:val="single" w:sz="8" w:space="0" w:color="D9E2EF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7A7DF5AE" w14:textId="77777777" w:rsidR="0087592E" w:rsidRPr="00EA4AFA" w:rsidRDefault="0087592E" w:rsidP="0087592E">
            <w:pPr>
              <w:spacing w:after="60"/>
              <w:rPr>
                <w:b/>
                <w:color w:val="64748B"/>
                <w:sz w:val="17"/>
              </w:rPr>
            </w:pPr>
            <w:r>
              <w:rPr>
                <w:b/>
                <w:color w:val="64748B"/>
                <w:sz w:val="17"/>
              </w:rPr>
              <w:t>Web / e-shop</w:t>
            </w:r>
          </w:p>
          <w:p w14:paraId="36E43604" w14:textId="4D470AAC" w:rsidR="0087592E" w:rsidRDefault="0087592E" w:rsidP="0087592E">
            <w:pPr>
              <w:pBdr>
                <w:bottom w:val="single" w:sz="4" w:space="2" w:color="D9E2EF"/>
              </w:pBdr>
              <w:spacing w:after="160"/>
            </w:pPr>
            <w:r w:rsidRPr="00EA4AFA">
              <w:rPr>
                <w:bCs/>
                <w:color w:val="64748B"/>
                <w:sz w:val="17"/>
              </w:rPr>
              <w:t>www.napodlahy.sk</w:t>
            </w:r>
          </w:p>
        </w:tc>
      </w:tr>
      <w:tr w:rsidR="0087592E" w14:paraId="5E31201A" w14:textId="77777777" w:rsidTr="0087592E">
        <w:trPr>
          <w:jc w:val="center"/>
        </w:trPr>
        <w:tc>
          <w:tcPr>
            <w:tcW w:w="6937" w:type="dxa"/>
            <w:gridSpan w:val="2"/>
            <w:tcBorders>
              <w:top w:val="single" w:sz="8" w:space="0" w:color="D9E2EF"/>
              <w:left w:val="single" w:sz="8" w:space="0" w:color="D9E2EF"/>
              <w:bottom w:val="single" w:sz="8" w:space="0" w:color="D9E2EF"/>
              <w:right w:val="single" w:sz="8" w:space="0" w:color="D9E2EF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39714911" w14:textId="77777777" w:rsidR="0087592E" w:rsidRPr="00EA4AFA" w:rsidRDefault="0087592E" w:rsidP="0087592E">
            <w:pPr>
              <w:spacing w:after="60"/>
              <w:rPr>
                <w:b/>
                <w:color w:val="64748B"/>
                <w:sz w:val="17"/>
              </w:rPr>
            </w:pPr>
            <w:proofErr w:type="spellStart"/>
            <w:r>
              <w:rPr>
                <w:b/>
                <w:color w:val="64748B"/>
                <w:sz w:val="17"/>
              </w:rPr>
              <w:t>Sídlo</w:t>
            </w:r>
            <w:proofErr w:type="spellEnd"/>
            <w:r>
              <w:rPr>
                <w:b/>
                <w:color w:val="64748B"/>
                <w:sz w:val="17"/>
              </w:rPr>
              <w:t xml:space="preserve"> / </w:t>
            </w:r>
            <w:proofErr w:type="spellStart"/>
            <w:r>
              <w:rPr>
                <w:b/>
                <w:color w:val="64748B"/>
                <w:sz w:val="17"/>
              </w:rPr>
              <w:t>miesto</w:t>
            </w:r>
            <w:proofErr w:type="spellEnd"/>
            <w:r>
              <w:rPr>
                <w:b/>
                <w:color w:val="64748B"/>
                <w:sz w:val="17"/>
              </w:rPr>
              <w:t xml:space="preserve"> </w:t>
            </w:r>
            <w:proofErr w:type="spellStart"/>
            <w:r>
              <w:rPr>
                <w:b/>
                <w:color w:val="64748B"/>
                <w:sz w:val="17"/>
              </w:rPr>
              <w:t>podnikania</w:t>
            </w:r>
            <w:proofErr w:type="spellEnd"/>
          </w:p>
          <w:p w14:paraId="171D0B8A" w14:textId="4A0CF02F" w:rsidR="0087592E" w:rsidRDefault="0087592E" w:rsidP="0087592E">
            <w:pPr>
              <w:pBdr>
                <w:bottom w:val="single" w:sz="4" w:space="2" w:color="D9E2EF"/>
              </w:pBdr>
              <w:spacing w:after="160"/>
            </w:pPr>
            <w:proofErr w:type="spellStart"/>
            <w:r w:rsidRPr="00EA4AFA">
              <w:rPr>
                <w:bCs/>
                <w:color w:val="64748B"/>
                <w:sz w:val="17"/>
              </w:rPr>
              <w:t>Poľnohospodárska</w:t>
            </w:r>
            <w:proofErr w:type="spellEnd"/>
            <w:r w:rsidRPr="00EA4AFA">
              <w:rPr>
                <w:bCs/>
                <w:color w:val="64748B"/>
                <w:sz w:val="17"/>
              </w:rPr>
              <w:t xml:space="preserve"> 24, 821 07 Bratislava</w:t>
            </w:r>
          </w:p>
        </w:tc>
        <w:tc>
          <w:tcPr>
            <w:tcW w:w="3469" w:type="dxa"/>
            <w:tcBorders>
              <w:top w:val="single" w:sz="8" w:space="0" w:color="D9E2EF"/>
              <w:left w:val="single" w:sz="8" w:space="0" w:color="D9E2EF"/>
              <w:bottom w:val="single" w:sz="8" w:space="0" w:color="D9E2EF"/>
              <w:right w:val="single" w:sz="8" w:space="0" w:color="D9E2EF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6D672133" w14:textId="77777777" w:rsidR="0087592E" w:rsidRPr="00EA4AFA" w:rsidRDefault="0087592E" w:rsidP="0087592E">
            <w:pPr>
              <w:spacing w:after="60"/>
              <w:rPr>
                <w:b/>
                <w:color w:val="64748B"/>
                <w:sz w:val="17"/>
              </w:rPr>
            </w:pPr>
            <w:r>
              <w:rPr>
                <w:b/>
                <w:color w:val="64748B"/>
                <w:sz w:val="17"/>
              </w:rPr>
              <w:t xml:space="preserve">E-mail / </w:t>
            </w:r>
            <w:proofErr w:type="spellStart"/>
            <w:r>
              <w:rPr>
                <w:b/>
                <w:color w:val="64748B"/>
                <w:sz w:val="17"/>
              </w:rPr>
              <w:t>telefón</w:t>
            </w:r>
            <w:proofErr w:type="spellEnd"/>
          </w:p>
          <w:p w14:paraId="392F1478" w14:textId="28719179" w:rsidR="0087592E" w:rsidRDefault="0087592E" w:rsidP="0087592E">
            <w:pPr>
              <w:pBdr>
                <w:bottom w:val="single" w:sz="4" w:space="2" w:color="D9E2EF"/>
              </w:pBdr>
              <w:spacing w:after="160"/>
            </w:pPr>
            <w:r>
              <w:rPr>
                <w:bCs/>
                <w:color w:val="64748B"/>
                <w:sz w:val="17"/>
              </w:rPr>
              <w:t>0</w:t>
            </w:r>
            <w:r w:rsidRPr="00EA4AFA">
              <w:rPr>
                <w:bCs/>
                <w:color w:val="64748B"/>
                <w:sz w:val="17"/>
              </w:rPr>
              <w:t>905 831 659 | objednavky@napodlahy.sk</w:t>
            </w:r>
          </w:p>
        </w:tc>
      </w:tr>
      <w:tr w:rsidR="0087592E" w14:paraId="51C3A2AB" w14:textId="77777777" w:rsidTr="0087592E">
        <w:trPr>
          <w:jc w:val="center"/>
        </w:trPr>
        <w:tc>
          <w:tcPr>
            <w:tcW w:w="3468" w:type="dxa"/>
            <w:tcBorders>
              <w:top w:val="single" w:sz="8" w:space="0" w:color="D9E2EF"/>
              <w:left w:val="single" w:sz="8" w:space="0" w:color="D9E2EF"/>
              <w:bottom w:val="single" w:sz="8" w:space="0" w:color="D9E2EF"/>
              <w:right w:val="single" w:sz="8" w:space="0" w:color="D9E2EF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27E690D2" w14:textId="77777777" w:rsidR="0087592E" w:rsidRPr="00EA4AFA" w:rsidRDefault="0087592E" w:rsidP="0087592E">
            <w:pPr>
              <w:spacing w:after="60"/>
              <w:rPr>
                <w:b/>
                <w:color w:val="64748B"/>
                <w:sz w:val="17"/>
              </w:rPr>
            </w:pPr>
            <w:r>
              <w:rPr>
                <w:b/>
                <w:color w:val="64748B"/>
                <w:sz w:val="17"/>
              </w:rPr>
              <w:t>IČO</w:t>
            </w:r>
          </w:p>
          <w:p w14:paraId="0574484D" w14:textId="534E952A" w:rsidR="0087592E" w:rsidRDefault="0087592E" w:rsidP="0087592E">
            <w:pPr>
              <w:pBdr>
                <w:bottom w:val="single" w:sz="4" w:space="2" w:color="D9E2EF"/>
              </w:pBdr>
              <w:spacing w:after="160"/>
            </w:pPr>
            <w:r w:rsidRPr="00EA4AFA">
              <w:rPr>
                <w:bCs/>
                <w:color w:val="64748B"/>
                <w:sz w:val="17"/>
              </w:rPr>
              <w:t>46107541</w:t>
            </w:r>
          </w:p>
        </w:tc>
        <w:tc>
          <w:tcPr>
            <w:tcW w:w="3469" w:type="dxa"/>
            <w:tcBorders>
              <w:top w:val="single" w:sz="8" w:space="0" w:color="D9E2EF"/>
              <w:left w:val="single" w:sz="8" w:space="0" w:color="D9E2EF"/>
              <w:bottom w:val="single" w:sz="8" w:space="0" w:color="D9E2EF"/>
              <w:right w:val="single" w:sz="8" w:space="0" w:color="D9E2EF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08BD540A" w14:textId="77777777" w:rsidR="0087592E" w:rsidRPr="00EA4AFA" w:rsidRDefault="0087592E" w:rsidP="0087592E">
            <w:pPr>
              <w:spacing w:after="60"/>
              <w:rPr>
                <w:b/>
                <w:color w:val="64748B"/>
                <w:sz w:val="17"/>
              </w:rPr>
            </w:pPr>
            <w:r>
              <w:rPr>
                <w:b/>
                <w:color w:val="64748B"/>
                <w:sz w:val="17"/>
              </w:rPr>
              <w:t>DIČ</w:t>
            </w:r>
          </w:p>
          <w:p w14:paraId="62F09B28" w14:textId="624DA6B3" w:rsidR="0087592E" w:rsidRDefault="0087592E" w:rsidP="0087592E">
            <w:pPr>
              <w:pBdr>
                <w:bottom w:val="single" w:sz="4" w:space="2" w:color="D9E2EF"/>
              </w:pBdr>
              <w:spacing w:after="160"/>
            </w:pPr>
            <w:r w:rsidRPr="00EA4AFA">
              <w:rPr>
                <w:bCs/>
                <w:color w:val="64748B"/>
                <w:sz w:val="17"/>
              </w:rPr>
              <w:t>2023236985</w:t>
            </w:r>
          </w:p>
        </w:tc>
        <w:tc>
          <w:tcPr>
            <w:tcW w:w="3469" w:type="dxa"/>
            <w:tcBorders>
              <w:top w:val="single" w:sz="8" w:space="0" w:color="D9E2EF"/>
              <w:left w:val="single" w:sz="8" w:space="0" w:color="D9E2EF"/>
              <w:bottom w:val="single" w:sz="8" w:space="0" w:color="D9E2EF"/>
              <w:right w:val="single" w:sz="8" w:space="0" w:color="D9E2EF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5800FB2A" w14:textId="77777777" w:rsidR="0087592E" w:rsidRPr="00EA4AFA" w:rsidRDefault="0087592E" w:rsidP="0087592E">
            <w:pPr>
              <w:spacing w:after="60"/>
              <w:rPr>
                <w:b/>
                <w:color w:val="64748B"/>
                <w:sz w:val="17"/>
              </w:rPr>
            </w:pPr>
            <w:r>
              <w:rPr>
                <w:b/>
                <w:color w:val="64748B"/>
                <w:sz w:val="17"/>
              </w:rPr>
              <w:t>IČO</w:t>
            </w:r>
          </w:p>
          <w:p w14:paraId="382A81D5" w14:textId="38B067CE" w:rsidR="0087592E" w:rsidRDefault="0087592E" w:rsidP="0087592E">
            <w:pPr>
              <w:pBdr>
                <w:bottom w:val="single" w:sz="4" w:space="2" w:color="D9E2EF"/>
              </w:pBdr>
              <w:spacing w:after="160"/>
            </w:pPr>
            <w:r w:rsidRPr="00EA4AFA">
              <w:rPr>
                <w:bCs/>
                <w:color w:val="64748B"/>
                <w:sz w:val="17"/>
              </w:rPr>
              <w:t>46107541</w:t>
            </w:r>
          </w:p>
        </w:tc>
      </w:tr>
    </w:tbl>
    <w:p w14:paraId="59444F3D" w14:textId="77777777" w:rsidR="00C46649" w:rsidRDefault="00A41BCE">
      <w:pPr>
        <w:pBdr>
          <w:left w:val="single" w:sz="16" w:space="6" w:color="2F6FED"/>
        </w:pBdr>
        <w:shd w:val="clear" w:color="auto" w:fill="EEF5FF"/>
        <w:spacing w:before="180" w:after="100"/>
      </w:pPr>
      <w:r>
        <w:rPr>
          <w:b/>
          <w:color w:val="1F3A5F"/>
          <w:sz w:val="24"/>
        </w:rPr>
        <w:t>Údaje kupujúceho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468"/>
        <w:gridCol w:w="3469"/>
        <w:gridCol w:w="3469"/>
      </w:tblGrid>
      <w:tr w:rsidR="00C46649" w14:paraId="654FE0A4" w14:textId="77777777">
        <w:trPr>
          <w:jc w:val="center"/>
        </w:trPr>
        <w:tc>
          <w:tcPr>
            <w:tcW w:w="6778" w:type="dxa"/>
            <w:gridSpan w:val="2"/>
            <w:tcBorders>
              <w:top w:val="single" w:sz="8" w:space="0" w:color="D9E2EF"/>
              <w:left w:val="single" w:sz="8" w:space="0" w:color="D9E2EF"/>
              <w:bottom w:val="single" w:sz="8" w:space="0" w:color="D9E2EF"/>
              <w:right w:val="single" w:sz="8" w:space="0" w:color="D9E2EF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2CA0BE30" w14:textId="77777777" w:rsidR="00C46649" w:rsidRDefault="00A41BCE">
            <w:pPr>
              <w:spacing w:after="60"/>
            </w:pPr>
            <w:r>
              <w:rPr>
                <w:b/>
                <w:color w:val="64748B"/>
                <w:sz w:val="17"/>
              </w:rPr>
              <w:t>Meno a priezvisko / názov organizácie</w:t>
            </w:r>
          </w:p>
          <w:p w14:paraId="2DAD07E9" w14:textId="77777777" w:rsidR="00C46649" w:rsidRDefault="00C46649">
            <w:pPr>
              <w:pBdr>
                <w:bottom w:val="single" w:sz="4" w:space="2" w:color="D9E2EF"/>
              </w:pBdr>
              <w:spacing w:after="160"/>
            </w:pPr>
          </w:p>
        </w:tc>
        <w:tc>
          <w:tcPr>
            <w:tcW w:w="3389" w:type="dxa"/>
            <w:tcBorders>
              <w:top w:val="single" w:sz="8" w:space="0" w:color="D9E2EF"/>
              <w:left w:val="single" w:sz="8" w:space="0" w:color="D9E2EF"/>
              <w:bottom w:val="single" w:sz="8" w:space="0" w:color="D9E2EF"/>
              <w:right w:val="single" w:sz="8" w:space="0" w:color="D9E2EF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621552A1" w14:textId="77777777" w:rsidR="00C46649" w:rsidRDefault="00A41BCE">
            <w:pPr>
              <w:spacing w:after="60"/>
            </w:pPr>
            <w:r>
              <w:rPr>
                <w:b/>
                <w:color w:val="64748B"/>
                <w:sz w:val="17"/>
              </w:rPr>
              <w:t>Telefón (nepovinné)</w:t>
            </w:r>
          </w:p>
          <w:p w14:paraId="670FD449" w14:textId="77777777" w:rsidR="00C46649" w:rsidRDefault="00C46649">
            <w:pPr>
              <w:pBdr>
                <w:bottom w:val="single" w:sz="4" w:space="2" w:color="D9E2EF"/>
              </w:pBdr>
              <w:spacing w:after="160"/>
            </w:pPr>
          </w:p>
        </w:tc>
      </w:tr>
      <w:tr w:rsidR="00C46649" w14:paraId="63C95559" w14:textId="77777777">
        <w:trPr>
          <w:jc w:val="center"/>
        </w:trPr>
        <w:tc>
          <w:tcPr>
            <w:tcW w:w="6778" w:type="dxa"/>
            <w:gridSpan w:val="2"/>
            <w:tcBorders>
              <w:top w:val="single" w:sz="8" w:space="0" w:color="D9E2EF"/>
              <w:left w:val="single" w:sz="8" w:space="0" w:color="D9E2EF"/>
              <w:bottom w:val="single" w:sz="8" w:space="0" w:color="D9E2EF"/>
              <w:right w:val="single" w:sz="8" w:space="0" w:color="D9E2EF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4469D18A" w14:textId="77777777" w:rsidR="00C46649" w:rsidRDefault="00A41BCE">
            <w:pPr>
              <w:spacing w:after="60"/>
            </w:pPr>
            <w:r>
              <w:rPr>
                <w:b/>
                <w:color w:val="64748B"/>
                <w:sz w:val="17"/>
              </w:rPr>
              <w:t>Ulica a číslo / sídlo / adresa podnikania</w:t>
            </w:r>
          </w:p>
          <w:p w14:paraId="2A986C6F" w14:textId="77777777" w:rsidR="00C46649" w:rsidRDefault="00C46649">
            <w:pPr>
              <w:pBdr>
                <w:bottom w:val="single" w:sz="4" w:space="2" w:color="D9E2EF"/>
              </w:pBdr>
              <w:spacing w:after="160"/>
            </w:pPr>
          </w:p>
        </w:tc>
        <w:tc>
          <w:tcPr>
            <w:tcW w:w="3389" w:type="dxa"/>
            <w:tcBorders>
              <w:top w:val="single" w:sz="8" w:space="0" w:color="D9E2EF"/>
              <w:left w:val="single" w:sz="8" w:space="0" w:color="D9E2EF"/>
              <w:bottom w:val="single" w:sz="8" w:space="0" w:color="D9E2EF"/>
              <w:right w:val="single" w:sz="8" w:space="0" w:color="D9E2EF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348494DF" w14:textId="77777777" w:rsidR="00C46649" w:rsidRDefault="00A41BCE">
            <w:pPr>
              <w:spacing w:after="60"/>
            </w:pPr>
            <w:r>
              <w:rPr>
                <w:b/>
                <w:color w:val="64748B"/>
                <w:sz w:val="17"/>
              </w:rPr>
              <w:t>E-mail (nepovinné)</w:t>
            </w:r>
          </w:p>
          <w:p w14:paraId="5D5011D7" w14:textId="77777777" w:rsidR="00C46649" w:rsidRDefault="00C46649">
            <w:pPr>
              <w:pBdr>
                <w:bottom w:val="single" w:sz="4" w:space="2" w:color="D9E2EF"/>
              </w:pBdr>
              <w:spacing w:after="160"/>
            </w:pPr>
          </w:p>
        </w:tc>
      </w:tr>
      <w:tr w:rsidR="00C46649" w14:paraId="52D11812" w14:textId="77777777">
        <w:trPr>
          <w:jc w:val="center"/>
        </w:trPr>
        <w:tc>
          <w:tcPr>
            <w:tcW w:w="6778" w:type="dxa"/>
            <w:gridSpan w:val="2"/>
            <w:tcBorders>
              <w:top w:val="single" w:sz="8" w:space="0" w:color="D9E2EF"/>
              <w:left w:val="single" w:sz="8" w:space="0" w:color="D9E2EF"/>
              <w:bottom w:val="single" w:sz="8" w:space="0" w:color="D9E2EF"/>
              <w:right w:val="single" w:sz="8" w:space="0" w:color="D9E2EF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3DDC14EB" w14:textId="77777777" w:rsidR="00C46649" w:rsidRDefault="00A41BCE">
            <w:pPr>
              <w:spacing w:after="60"/>
            </w:pPr>
            <w:r>
              <w:rPr>
                <w:b/>
                <w:color w:val="64748B"/>
                <w:sz w:val="17"/>
              </w:rPr>
              <w:t>PSČ a mesto</w:t>
            </w:r>
          </w:p>
          <w:p w14:paraId="3F1B5031" w14:textId="77777777" w:rsidR="00C46649" w:rsidRDefault="00C46649">
            <w:pPr>
              <w:pBdr>
                <w:bottom w:val="single" w:sz="4" w:space="2" w:color="D9E2EF"/>
              </w:pBdr>
              <w:spacing w:after="160"/>
            </w:pPr>
          </w:p>
        </w:tc>
        <w:tc>
          <w:tcPr>
            <w:tcW w:w="3389" w:type="dxa"/>
            <w:tcBorders>
              <w:top w:val="single" w:sz="8" w:space="0" w:color="D9E2EF"/>
              <w:left w:val="single" w:sz="8" w:space="0" w:color="D9E2EF"/>
              <w:bottom w:val="single" w:sz="8" w:space="0" w:color="D9E2EF"/>
              <w:right w:val="single" w:sz="8" w:space="0" w:color="D9E2EF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15E032F5" w14:textId="77777777" w:rsidR="00C46649" w:rsidRDefault="00A41BCE">
            <w:pPr>
              <w:spacing w:after="60"/>
            </w:pPr>
            <w:r>
              <w:rPr>
                <w:b/>
                <w:color w:val="64748B"/>
                <w:sz w:val="17"/>
              </w:rPr>
              <w:t>Poznámka</w:t>
            </w:r>
          </w:p>
          <w:p w14:paraId="550F9B99" w14:textId="77777777" w:rsidR="00C46649" w:rsidRDefault="00C46649">
            <w:pPr>
              <w:pBdr>
                <w:bottom w:val="single" w:sz="4" w:space="2" w:color="D9E2EF"/>
              </w:pBdr>
              <w:spacing w:after="160"/>
            </w:pPr>
          </w:p>
        </w:tc>
      </w:tr>
      <w:tr w:rsidR="00C46649" w14:paraId="205B34A7" w14:textId="77777777">
        <w:trPr>
          <w:jc w:val="center"/>
        </w:trPr>
        <w:tc>
          <w:tcPr>
            <w:tcW w:w="3389" w:type="dxa"/>
            <w:tcBorders>
              <w:top w:val="single" w:sz="8" w:space="0" w:color="D9E2EF"/>
              <w:left w:val="single" w:sz="8" w:space="0" w:color="D9E2EF"/>
              <w:bottom w:val="single" w:sz="8" w:space="0" w:color="D9E2EF"/>
              <w:right w:val="single" w:sz="8" w:space="0" w:color="D9E2EF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3A953C10" w14:textId="77777777" w:rsidR="00C46649" w:rsidRDefault="00A41BCE">
            <w:pPr>
              <w:spacing w:after="60"/>
            </w:pPr>
            <w:r>
              <w:rPr>
                <w:b/>
                <w:color w:val="64748B"/>
                <w:sz w:val="17"/>
              </w:rPr>
              <w:t>Pri podnikateľovi: IČO</w:t>
            </w:r>
          </w:p>
          <w:p w14:paraId="0A2DFD45" w14:textId="77777777" w:rsidR="00C46649" w:rsidRDefault="00C46649">
            <w:pPr>
              <w:pBdr>
                <w:bottom w:val="single" w:sz="4" w:space="2" w:color="D9E2EF"/>
              </w:pBdr>
              <w:spacing w:after="160"/>
            </w:pPr>
          </w:p>
        </w:tc>
        <w:tc>
          <w:tcPr>
            <w:tcW w:w="3389" w:type="dxa"/>
            <w:tcBorders>
              <w:top w:val="single" w:sz="8" w:space="0" w:color="D9E2EF"/>
              <w:left w:val="single" w:sz="8" w:space="0" w:color="D9E2EF"/>
              <w:bottom w:val="single" w:sz="8" w:space="0" w:color="D9E2EF"/>
              <w:right w:val="single" w:sz="8" w:space="0" w:color="D9E2EF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2159F02C" w14:textId="77777777" w:rsidR="00C46649" w:rsidRDefault="00A41BCE">
            <w:pPr>
              <w:spacing w:after="60"/>
            </w:pPr>
            <w:r>
              <w:rPr>
                <w:b/>
                <w:color w:val="64748B"/>
                <w:sz w:val="17"/>
              </w:rPr>
              <w:t>DIČ</w:t>
            </w:r>
          </w:p>
          <w:p w14:paraId="125F92FE" w14:textId="77777777" w:rsidR="00C46649" w:rsidRDefault="00C46649">
            <w:pPr>
              <w:pBdr>
                <w:bottom w:val="single" w:sz="4" w:space="2" w:color="D9E2EF"/>
              </w:pBdr>
              <w:spacing w:after="160"/>
            </w:pPr>
          </w:p>
        </w:tc>
        <w:tc>
          <w:tcPr>
            <w:tcW w:w="3389" w:type="dxa"/>
            <w:tcBorders>
              <w:top w:val="single" w:sz="8" w:space="0" w:color="D9E2EF"/>
              <w:left w:val="single" w:sz="8" w:space="0" w:color="D9E2EF"/>
              <w:bottom w:val="single" w:sz="8" w:space="0" w:color="D9E2EF"/>
              <w:right w:val="single" w:sz="8" w:space="0" w:color="D9E2EF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7796C6ED" w14:textId="77777777" w:rsidR="00C46649" w:rsidRDefault="00A41BCE">
            <w:pPr>
              <w:spacing w:after="60"/>
            </w:pPr>
            <w:r>
              <w:rPr>
                <w:b/>
                <w:color w:val="64748B"/>
                <w:sz w:val="17"/>
              </w:rPr>
              <w:t>IČ DPH</w:t>
            </w:r>
          </w:p>
          <w:p w14:paraId="6E5A7C30" w14:textId="77777777" w:rsidR="00C46649" w:rsidRDefault="00C46649">
            <w:pPr>
              <w:pBdr>
                <w:bottom w:val="single" w:sz="4" w:space="2" w:color="D9E2EF"/>
              </w:pBdr>
              <w:spacing w:after="160"/>
            </w:pPr>
          </w:p>
        </w:tc>
      </w:tr>
    </w:tbl>
    <w:p w14:paraId="65FF9DD8" w14:textId="77777777" w:rsidR="00C46649" w:rsidRDefault="00A41BCE">
      <w:pPr>
        <w:pBdr>
          <w:left w:val="single" w:sz="16" w:space="6" w:color="2F6FED"/>
        </w:pBdr>
        <w:shd w:val="clear" w:color="auto" w:fill="EEF5FF"/>
        <w:spacing w:before="180" w:after="100"/>
      </w:pPr>
      <w:r>
        <w:rPr>
          <w:b/>
          <w:color w:val="1F3A5F"/>
          <w:sz w:val="24"/>
        </w:rPr>
        <w:t>Reklamácia a reklamovaný produkt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03"/>
        <w:gridCol w:w="5203"/>
      </w:tblGrid>
      <w:tr w:rsidR="00C46649" w14:paraId="43B17DA2" w14:textId="77777777">
        <w:trPr>
          <w:jc w:val="center"/>
        </w:trPr>
        <w:tc>
          <w:tcPr>
            <w:tcW w:w="5083" w:type="dxa"/>
            <w:tcBorders>
              <w:top w:val="single" w:sz="8" w:space="0" w:color="D9E2EF"/>
              <w:left w:val="single" w:sz="8" w:space="0" w:color="D9E2EF"/>
              <w:bottom w:val="single" w:sz="8" w:space="0" w:color="D9E2EF"/>
              <w:right w:val="single" w:sz="8" w:space="0" w:color="D9E2EF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1A5743A2" w14:textId="77777777" w:rsidR="00C46649" w:rsidRDefault="00A41BCE">
            <w:pPr>
              <w:spacing w:after="60"/>
            </w:pPr>
            <w:r>
              <w:rPr>
                <w:b/>
                <w:color w:val="64748B"/>
                <w:sz w:val="17"/>
              </w:rPr>
              <w:t>Dátum prijatia reklamácie</w:t>
            </w:r>
          </w:p>
          <w:p w14:paraId="20CA615D" w14:textId="77777777" w:rsidR="00C46649" w:rsidRDefault="00C46649">
            <w:pPr>
              <w:pBdr>
                <w:bottom w:val="single" w:sz="4" w:space="2" w:color="D9E2EF"/>
              </w:pBdr>
              <w:spacing w:after="160"/>
            </w:pPr>
          </w:p>
        </w:tc>
        <w:tc>
          <w:tcPr>
            <w:tcW w:w="5083" w:type="dxa"/>
            <w:tcBorders>
              <w:top w:val="single" w:sz="8" w:space="0" w:color="D9E2EF"/>
              <w:left w:val="single" w:sz="8" w:space="0" w:color="D9E2EF"/>
              <w:bottom w:val="single" w:sz="8" w:space="0" w:color="D9E2EF"/>
              <w:right w:val="single" w:sz="8" w:space="0" w:color="D9E2EF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0F05F984" w14:textId="77777777" w:rsidR="00C46649" w:rsidRDefault="00A41BCE">
            <w:pPr>
              <w:spacing w:after="60"/>
            </w:pPr>
            <w:r>
              <w:rPr>
                <w:b/>
                <w:color w:val="64748B"/>
                <w:sz w:val="17"/>
              </w:rPr>
              <w:t>Popis reklamovaného produktu</w:t>
            </w:r>
          </w:p>
          <w:p w14:paraId="7341F06D" w14:textId="77777777" w:rsidR="00C46649" w:rsidRDefault="00C46649">
            <w:pPr>
              <w:pBdr>
                <w:bottom w:val="single" w:sz="4" w:space="2" w:color="D9E2EF"/>
              </w:pBdr>
              <w:spacing w:after="160"/>
            </w:pPr>
          </w:p>
        </w:tc>
      </w:tr>
      <w:tr w:rsidR="00C46649" w14:paraId="1F077199" w14:textId="77777777">
        <w:trPr>
          <w:jc w:val="center"/>
        </w:trPr>
        <w:tc>
          <w:tcPr>
            <w:tcW w:w="5083" w:type="dxa"/>
            <w:tcBorders>
              <w:top w:val="single" w:sz="8" w:space="0" w:color="D9E2EF"/>
              <w:left w:val="single" w:sz="8" w:space="0" w:color="D9E2EF"/>
              <w:bottom w:val="single" w:sz="8" w:space="0" w:color="D9E2EF"/>
              <w:right w:val="single" w:sz="8" w:space="0" w:color="D9E2EF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0B2D8965" w14:textId="77777777" w:rsidR="00C46649" w:rsidRDefault="00A41BCE">
            <w:pPr>
              <w:spacing w:after="60"/>
            </w:pPr>
            <w:r>
              <w:rPr>
                <w:b/>
                <w:color w:val="64748B"/>
                <w:sz w:val="17"/>
              </w:rPr>
              <w:t>Číslo objednávky / dokladu</w:t>
            </w:r>
          </w:p>
          <w:p w14:paraId="6CFC9D7D" w14:textId="77777777" w:rsidR="00C46649" w:rsidRDefault="00C46649">
            <w:pPr>
              <w:pBdr>
                <w:bottom w:val="single" w:sz="4" w:space="2" w:color="D9E2EF"/>
              </w:pBdr>
              <w:spacing w:after="160"/>
            </w:pPr>
          </w:p>
        </w:tc>
        <w:tc>
          <w:tcPr>
            <w:tcW w:w="5083" w:type="dxa"/>
            <w:tcBorders>
              <w:top w:val="single" w:sz="8" w:space="0" w:color="D9E2EF"/>
              <w:left w:val="single" w:sz="8" w:space="0" w:color="D9E2EF"/>
              <w:bottom w:val="single" w:sz="8" w:space="0" w:color="D9E2EF"/>
              <w:right w:val="single" w:sz="8" w:space="0" w:color="D9E2EF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3232AE49" w14:textId="77777777" w:rsidR="00C46649" w:rsidRDefault="00A41BCE">
            <w:pPr>
              <w:spacing w:after="60"/>
            </w:pPr>
            <w:r>
              <w:rPr>
                <w:b/>
                <w:color w:val="64748B"/>
                <w:sz w:val="17"/>
              </w:rPr>
              <w:t>Dátum zakúpenia / dodania produktu</w:t>
            </w:r>
          </w:p>
          <w:p w14:paraId="5D54F352" w14:textId="77777777" w:rsidR="00C46649" w:rsidRDefault="00C46649">
            <w:pPr>
              <w:pBdr>
                <w:bottom w:val="single" w:sz="4" w:space="2" w:color="D9E2EF"/>
              </w:pBdr>
              <w:spacing w:after="160"/>
            </w:pPr>
          </w:p>
        </w:tc>
      </w:tr>
      <w:tr w:rsidR="00C46649" w14:paraId="173D1AA2" w14:textId="77777777">
        <w:trPr>
          <w:jc w:val="center"/>
        </w:trPr>
        <w:tc>
          <w:tcPr>
            <w:tcW w:w="10166" w:type="dxa"/>
            <w:gridSpan w:val="2"/>
            <w:tcBorders>
              <w:top w:val="single" w:sz="8" w:space="0" w:color="D9E2EF"/>
              <w:left w:val="single" w:sz="8" w:space="0" w:color="D9E2EF"/>
              <w:bottom w:val="single" w:sz="8" w:space="0" w:color="D9E2EF"/>
              <w:right w:val="single" w:sz="8" w:space="0" w:color="D9E2EF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7B9DC821" w14:textId="77777777" w:rsidR="00C46649" w:rsidRPr="005D3599" w:rsidRDefault="00A41BCE">
            <w:pPr>
              <w:spacing w:after="60"/>
              <w:rPr>
                <w:lang w:val="sk-SK"/>
              </w:rPr>
            </w:pPr>
            <w:r w:rsidRPr="005D3599">
              <w:rPr>
                <w:b/>
                <w:color w:val="64748B"/>
                <w:sz w:val="17"/>
                <w:lang w:val="sk-SK"/>
              </w:rPr>
              <w:lastRenderedPageBreak/>
              <w:t>Popis vady / predmet reklamácie</w:t>
            </w:r>
          </w:p>
          <w:p w14:paraId="6F139A1D" w14:textId="77777777" w:rsidR="00C46649" w:rsidRDefault="00C46649">
            <w:pPr>
              <w:pBdr>
                <w:bottom w:val="single" w:sz="4" w:space="2" w:color="D9E2EF"/>
              </w:pBdr>
              <w:spacing w:after="160"/>
            </w:pPr>
          </w:p>
          <w:p w14:paraId="5E0C3BC0" w14:textId="77777777" w:rsidR="00C46649" w:rsidRDefault="00C46649">
            <w:pPr>
              <w:pBdr>
                <w:bottom w:val="single" w:sz="4" w:space="2" w:color="D9E2EF"/>
              </w:pBdr>
              <w:spacing w:after="160"/>
            </w:pPr>
          </w:p>
          <w:p w14:paraId="165D2046" w14:textId="77777777" w:rsidR="00C46649" w:rsidRDefault="00C46649">
            <w:pPr>
              <w:pBdr>
                <w:bottom w:val="single" w:sz="4" w:space="2" w:color="D9E2EF"/>
              </w:pBdr>
              <w:spacing w:after="160"/>
            </w:pPr>
          </w:p>
          <w:p w14:paraId="0DABEA03" w14:textId="77777777" w:rsidR="00C46649" w:rsidRDefault="00C46649">
            <w:pPr>
              <w:pBdr>
                <w:bottom w:val="single" w:sz="4" w:space="2" w:color="D9E2EF"/>
              </w:pBdr>
              <w:spacing w:after="160"/>
            </w:pPr>
          </w:p>
        </w:tc>
      </w:tr>
    </w:tbl>
    <w:p w14:paraId="1E336C68" w14:textId="77777777" w:rsidR="00C46649" w:rsidRDefault="00A41BCE">
      <w:pPr>
        <w:pBdr>
          <w:left w:val="single" w:sz="16" w:space="6" w:color="2F6FED"/>
        </w:pBdr>
        <w:shd w:val="clear" w:color="auto" w:fill="EEF5FF"/>
        <w:spacing w:before="180" w:after="100"/>
      </w:pPr>
      <w:r>
        <w:rPr>
          <w:b/>
          <w:color w:val="1F3A5F"/>
          <w:sz w:val="24"/>
        </w:rPr>
        <w:t>Posúdenie reklamácie</w:t>
      </w:r>
    </w:p>
    <w:p w14:paraId="35D2840F" w14:textId="77777777" w:rsidR="00C46649" w:rsidRDefault="00A41BCE">
      <w:pPr>
        <w:spacing w:after="40" w:line="269" w:lineRule="auto"/>
      </w:pPr>
      <w:r>
        <w:rPr>
          <w:b/>
          <w:sz w:val="20"/>
        </w:rPr>
        <w:t>Reklamácia bola uznaná za oprávnenú:</w:t>
      </w:r>
    </w:p>
    <w:p w14:paraId="682108B7" w14:textId="77777777" w:rsidR="00C46649" w:rsidRDefault="00A41BCE">
      <w:pPr>
        <w:spacing w:after="100"/>
      </w:pPr>
      <w:r>
        <w:t>☐ áno    ☐ nie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0406"/>
      </w:tblGrid>
      <w:tr w:rsidR="00C46649" w14:paraId="3D59AB0D" w14:textId="77777777">
        <w:trPr>
          <w:jc w:val="center"/>
        </w:trPr>
        <w:tc>
          <w:tcPr>
            <w:tcW w:w="10166" w:type="dxa"/>
            <w:tcBorders>
              <w:top w:val="single" w:sz="8" w:space="0" w:color="D9E2EF"/>
              <w:left w:val="single" w:sz="8" w:space="0" w:color="D9E2EF"/>
              <w:bottom w:val="single" w:sz="8" w:space="0" w:color="D9E2EF"/>
              <w:right w:val="single" w:sz="8" w:space="0" w:color="D9E2EF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56584971" w14:textId="77777777" w:rsidR="00C46649" w:rsidRDefault="00A41BCE">
            <w:pPr>
              <w:spacing w:after="60"/>
            </w:pPr>
            <w:r>
              <w:rPr>
                <w:b/>
                <w:color w:val="64748B"/>
                <w:sz w:val="17"/>
              </w:rPr>
              <w:t>Odôvodnenie posúdenia reklamácie</w:t>
            </w:r>
          </w:p>
          <w:p w14:paraId="140662A6" w14:textId="77777777" w:rsidR="00C46649" w:rsidRDefault="00C46649">
            <w:pPr>
              <w:pBdr>
                <w:bottom w:val="single" w:sz="4" w:space="2" w:color="D9E2EF"/>
              </w:pBdr>
              <w:spacing w:after="160"/>
            </w:pPr>
          </w:p>
          <w:p w14:paraId="540331AD" w14:textId="77777777" w:rsidR="00C46649" w:rsidRDefault="00C46649">
            <w:pPr>
              <w:pBdr>
                <w:bottom w:val="single" w:sz="4" w:space="2" w:color="D9E2EF"/>
              </w:pBdr>
              <w:spacing w:after="160"/>
            </w:pPr>
          </w:p>
          <w:p w14:paraId="19959C9B" w14:textId="77777777" w:rsidR="00C46649" w:rsidRDefault="00C46649">
            <w:pPr>
              <w:pBdr>
                <w:bottom w:val="single" w:sz="4" w:space="2" w:color="D9E2EF"/>
              </w:pBdr>
              <w:spacing w:after="160"/>
            </w:pPr>
          </w:p>
          <w:p w14:paraId="1BA5A939" w14:textId="77777777" w:rsidR="00C46649" w:rsidRDefault="00C46649">
            <w:pPr>
              <w:pBdr>
                <w:bottom w:val="single" w:sz="4" w:space="2" w:color="D9E2EF"/>
              </w:pBdr>
              <w:spacing w:after="160"/>
            </w:pPr>
          </w:p>
        </w:tc>
      </w:tr>
    </w:tbl>
    <w:p w14:paraId="3403E62B" w14:textId="77777777" w:rsidR="00C46649" w:rsidRDefault="00A41BCE">
      <w:pPr>
        <w:pBdr>
          <w:left w:val="single" w:sz="16" w:space="6" w:color="2F6FED"/>
        </w:pBdr>
        <w:shd w:val="clear" w:color="auto" w:fill="EEF5FF"/>
        <w:spacing w:before="180" w:after="100"/>
      </w:pPr>
      <w:r>
        <w:rPr>
          <w:b/>
          <w:color w:val="1F3A5F"/>
          <w:sz w:val="24"/>
        </w:rPr>
        <w:t>Spôsob vybavenia reklamácie</w:t>
      </w:r>
    </w:p>
    <w:p w14:paraId="14A1CE4C" w14:textId="77777777" w:rsidR="00C46649" w:rsidRDefault="00A41BCE">
      <w:pPr>
        <w:spacing w:after="100"/>
      </w:pPr>
      <w:r>
        <w:t>☐ Oprava produktu    ☐ Výmena produktu    ☐ Primeraná zľava    ☐ Vrátenie kúpnej ceny    ☐ Zamietnutie reklamácie    ☐ Iné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03"/>
        <w:gridCol w:w="5203"/>
      </w:tblGrid>
      <w:tr w:rsidR="00C46649" w14:paraId="7393FE2F" w14:textId="77777777">
        <w:trPr>
          <w:jc w:val="center"/>
        </w:trPr>
        <w:tc>
          <w:tcPr>
            <w:tcW w:w="5083" w:type="dxa"/>
            <w:tcBorders>
              <w:top w:val="single" w:sz="8" w:space="0" w:color="D9E2EF"/>
              <w:left w:val="single" w:sz="8" w:space="0" w:color="D9E2EF"/>
              <w:bottom w:val="single" w:sz="8" w:space="0" w:color="D9E2EF"/>
              <w:right w:val="single" w:sz="8" w:space="0" w:color="D9E2EF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1E7408D0" w14:textId="77777777" w:rsidR="00C46649" w:rsidRDefault="00A41BCE">
            <w:pPr>
              <w:spacing w:after="60"/>
            </w:pPr>
            <w:r>
              <w:rPr>
                <w:b/>
                <w:color w:val="64748B"/>
                <w:sz w:val="17"/>
              </w:rPr>
              <w:t>Dátum vybavenia reklamácie</w:t>
            </w:r>
          </w:p>
          <w:p w14:paraId="6482C6D0" w14:textId="77777777" w:rsidR="00C46649" w:rsidRDefault="00C46649">
            <w:pPr>
              <w:pBdr>
                <w:bottom w:val="single" w:sz="4" w:space="2" w:color="D9E2EF"/>
              </w:pBdr>
              <w:spacing w:after="160"/>
            </w:pPr>
          </w:p>
        </w:tc>
        <w:tc>
          <w:tcPr>
            <w:tcW w:w="5083" w:type="dxa"/>
            <w:tcBorders>
              <w:top w:val="single" w:sz="8" w:space="0" w:color="D9E2EF"/>
              <w:left w:val="single" w:sz="8" w:space="0" w:color="D9E2EF"/>
              <w:bottom w:val="single" w:sz="8" w:space="0" w:color="D9E2EF"/>
              <w:right w:val="single" w:sz="8" w:space="0" w:color="D9E2EF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0811FCB2" w14:textId="77777777" w:rsidR="00C46649" w:rsidRDefault="00A41BCE">
            <w:pPr>
              <w:spacing w:after="60"/>
            </w:pPr>
            <w:r>
              <w:rPr>
                <w:b/>
                <w:color w:val="64748B"/>
                <w:sz w:val="17"/>
              </w:rPr>
              <w:t>Spôsob odovzdania / informovania kupujúceho</w:t>
            </w:r>
          </w:p>
          <w:p w14:paraId="3517F80E" w14:textId="77777777" w:rsidR="00C46649" w:rsidRDefault="00C46649">
            <w:pPr>
              <w:pBdr>
                <w:bottom w:val="single" w:sz="4" w:space="2" w:color="D9E2EF"/>
              </w:pBdr>
              <w:spacing w:after="160"/>
            </w:pPr>
          </w:p>
        </w:tc>
      </w:tr>
      <w:tr w:rsidR="00C46649" w14:paraId="1BA37010" w14:textId="77777777">
        <w:trPr>
          <w:jc w:val="center"/>
        </w:trPr>
        <w:tc>
          <w:tcPr>
            <w:tcW w:w="10166" w:type="dxa"/>
            <w:gridSpan w:val="2"/>
            <w:tcBorders>
              <w:top w:val="single" w:sz="8" w:space="0" w:color="D9E2EF"/>
              <w:left w:val="single" w:sz="8" w:space="0" w:color="D9E2EF"/>
              <w:bottom w:val="single" w:sz="8" w:space="0" w:color="D9E2EF"/>
              <w:right w:val="single" w:sz="8" w:space="0" w:color="D9E2EF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0F8B4DC2" w14:textId="77777777" w:rsidR="00C46649" w:rsidRDefault="00A41BCE">
            <w:pPr>
              <w:spacing w:after="60"/>
            </w:pPr>
            <w:r>
              <w:rPr>
                <w:b/>
                <w:color w:val="64748B"/>
                <w:sz w:val="17"/>
              </w:rPr>
              <w:t>Poznámka k vybaveniu reklamácie</w:t>
            </w:r>
          </w:p>
          <w:p w14:paraId="6E32C88A" w14:textId="77777777" w:rsidR="00C46649" w:rsidRDefault="00C46649">
            <w:pPr>
              <w:pBdr>
                <w:bottom w:val="single" w:sz="4" w:space="2" w:color="D9E2EF"/>
              </w:pBdr>
              <w:spacing w:after="160"/>
            </w:pPr>
          </w:p>
          <w:p w14:paraId="2D4457C3" w14:textId="77777777" w:rsidR="00C46649" w:rsidRDefault="00C46649">
            <w:pPr>
              <w:pBdr>
                <w:bottom w:val="single" w:sz="4" w:space="2" w:color="D9E2EF"/>
              </w:pBdr>
              <w:spacing w:after="160"/>
            </w:pPr>
          </w:p>
          <w:p w14:paraId="31E7909C" w14:textId="77777777" w:rsidR="00C46649" w:rsidRDefault="00C46649">
            <w:pPr>
              <w:pBdr>
                <w:bottom w:val="single" w:sz="4" w:space="2" w:color="D9E2EF"/>
              </w:pBdr>
              <w:spacing w:after="160"/>
            </w:pPr>
          </w:p>
        </w:tc>
      </w:tr>
    </w:tbl>
    <w:p w14:paraId="680EE2E9" w14:textId="77777777" w:rsidR="00C46649" w:rsidRDefault="00A41BCE">
      <w:pPr>
        <w:pBdr>
          <w:left w:val="single" w:sz="16" w:space="6" w:color="2F6FED"/>
        </w:pBdr>
        <w:shd w:val="clear" w:color="auto" w:fill="EEF5FF"/>
        <w:spacing w:before="180" w:after="100"/>
      </w:pPr>
      <w:r>
        <w:rPr>
          <w:b/>
          <w:color w:val="1F3A5F"/>
          <w:sz w:val="24"/>
        </w:rPr>
        <w:t>Vyjadrenie kupujúceho</w:t>
      </w:r>
    </w:p>
    <w:p w14:paraId="1E240154" w14:textId="77777777" w:rsidR="00C46649" w:rsidRDefault="00A41BCE">
      <w:pPr>
        <w:spacing w:after="40" w:line="269" w:lineRule="auto"/>
      </w:pPr>
      <w:r>
        <w:rPr>
          <w:b/>
          <w:sz w:val="20"/>
        </w:rPr>
        <w:t>S vybavením reklamácie:</w:t>
      </w:r>
    </w:p>
    <w:p w14:paraId="6653B095" w14:textId="77777777" w:rsidR="00C46649" w:rsidRDefault="00A41BCE">
      <w:pPr>
        <w:spacing w:after="100"/>
      </w:pPr>
      <w:r>
        <w:t>☐ súhlasím    ☐ nesúhlasím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0406"/>
      </w:tblGrid>
      <w:tr w:rsidR="00C46649" w14:paraId="51FB854C" w14:textId="77777777" w:rsidTr="005D3599">
        <w:trPr>
          <w:trHeight w:val="1479"/>
          <w:jc w:val="center"/>
        </w:trPr>
        <w:tc>
          <w:tcPr>
            <w:tcW w:w="10166" w:type="dxa"/>
            <w:tcBorders>
              <w:top w:val="single" w:sz="8" w:space="0" w:color="D9E2EF"/>
              <w:left w:val="single" w:sz="8" w:space="0" w:color="D9E2EF"/>
              <w:bottom w:val="single" w:sz="8" w:space="0" w:color="D9E2EF"/>
              <w:right w:val="single" w:sz="8" w:space="0" w:color="D9E2EF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33AA1F65" w14:textId="77777777" w:rsidR="00C46649" w:rsidRPr="005D3599" w:rsidRDefault="00A41BCE">
            <w:pPr>
              <w:spacing w:after="60"/>
              <w:rPr>
                <w:lang w:val="sk-SK"/>
              </w:rPr>
            </w:pPr>
            <w:r w:rsidRPr="005D3599">
              <w:rPr>
                <w:b/>
                <w:color w:val="64748B"/>
                <w:sz w:val="17"/>
                <w:lang w:val="sk-SK"/>
              </w:rPr>
              <w:t>Poznámka kupujúceho (nepovinné)</w:t>
            </w:r>
          </w:p>
          <w:p w14:paraId="20832250" w14:textId="77777777" w:rsidR="00C46649" w:rsidRDefault="00C46649">
            <w:pPr>
              <w:pBdr>
                <w:bottom w:val="single" w:sz="4" w:space="2" w:color="D9E2EF"/>
              </w:pBdr>
              <w:spacing w:after="160"/>
            </w:pPr>
          </w:p>
          <w:p w14:paraId="57866034" w14:textId="77777777" w:rsidR="00C46649" w:rsidRDefault="00C46649">
            <w:pPr>
              <w:pBdr>
                <w:bottom w:val="single" w:sz="4" w:space="2" w:color="D9E2EF"/>
              </w:pBdr>
              <w:spacing w:after="160"/>
            </w:pPr>
          </w:p>
          <w:p w14:paraId="61C80883" w14:textId="1D01577F" w:rsidR="005D3599" w:rsidRDefault="005D3599">
            <w:pPr>
              <w:pBdr>
                <w:bottom w:val="single" w:sz="4" w:space="2" w:color="D9E2EF"/>
              </w:pBdr>
              <w:spacing w:after="160"/>
            </w:pPr>
          </w:p>
        </w:tc>
      </w:tr>
    </w:tbl>
    <w:p w14:paraId="39358A2E" w14:textId="77777777" w:rsidR="00C46649" w:rsidRPr="005D3599" w:rsidRDefault="00A41BCE">
      <w:pPr>
        <w:pBdr>
          <w:left w:val="single" w:sz="16" w:space="6" w:color="2F6FED"/>
        </w:pBdr>
        <w:shd w:val="clear" w:color="auto" w:fill="EEF5FF"/>
        <w:spacing w:before="180" w:after="100"/>
        <w:rPr>
          <w:lang w:val="sk-SK"/>
        </w:rPr>
      </w:pPr>
      <w:r w:rsidRPr="005D3599">
        <w:rPr>
          <w:b/>
          <w:color w:val="1F3A5F"/>
          <w:sz w:val="24"/>
          <w:lang w:val="sk-SK"/>
        </w:rPr>
        <w:lastRenderedPageBreak/>
        <w:t>Dátum a podpisy</w:t>
      </w:r>
    </w:p>
    <w:tbl>
      <w:tblPr>
        <w:tblW w:w="5000" w:type="pct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5163"/>
        <w:gridCol w:w="5163"/>
      </w:tblGrid>
      <w:tr w:rsidR="00C46649" w14:paraId="0EF263CE" w14:textId="77777777">
        <w:trPr>
          <w:jc w:val="center"/>
        </w:trPr>
        <w:tc>
          <w:tcPr>
            <w:tcW w:w="5083" w:type="dxa"/>
            <w:tcBorders>
              <w:top w:val="nil"/>
              <w:left w:val="nil"/>
              <w:bottom w:val="nil"/>
              <w:right w:val="nil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bottom"/>
          </w:tcPr>
          <w:p w14:paraId="5602CAD2" w14:textId="77777777" w:rsidR="00C46649" w:rsidRDefault="00A41BCE">
            <w:pPr>
              <w:spacing w:after="40"/>
            </w:pPr>
            <w:r>
              <w:rPr>
                <w:b/>
                <w:color w:val="64748B"/>
                <w:sz w:val="17"/>
              </w:rPr>
              <w:t>V / miesto</w:t>
            </w:r>
          </w:p>
          <w:p w14:paraId="442BB866" w14:textId="77777777" w:rsidR="00C46649" w:rsidRDefault="00C46649">
            <w:pPr>
              <w:pBdr>
                <w:bottom w:val="single" w:sz="6" w:space="2" w:color="D9E2EF"/>
              </w:pBdr>
              <w:spacing w:after="140"/>
            </w:pPr>
          </w:p>
        </w:tc>
        <w:tc>
          <w:tcPr>
            <w:tcW w:w="5083" w:type="dxa"/>
            <w:tcBorders>
              <w:top w:val="nil"/>
              <w:left w:val="nil"/>
              <w:bottom w:val="nil"/>
              <w:right w:val="nil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bottom"/>
          </w:tcPr>
          <w:p w14:paraId="5C4E004A" w14:textId="77777777" w:rsidR="00C46649" w:rsidRDefault="00A41BCE">
            <w:pPr>
              <w:spacing w:after="40"/>
            </w:pPr>
            <w:r>
              <w:rPr>
                <w:b/>
                <w:color w:val="64748B"/>
                <w:sz w:val="17"/>
              </w:rPr>
              <w:t>Dňa</w:t>
            </w:r>
          </w:p>
          <w:p w14:paraId="376DEB8D" w14:textId="77777777" w:rsidR="00C46649" w:rsidRDefault="00C46649">
            <w:pPr>
              <w:pBdr>
                <w:bottom w:val="single" w:sz="6" w:space="2" w:color="D9E2EF"/>
              </w:pBdr>
              <w:spacing w:after="140"/>
            </w:pPr>
          </w:p>
        </w:tc>
      </w:tr>
      <w:tr w:rsidR="00C46649" w14:paraId="004CD93A" w14:textId="77777777">
        <w:trPr>
          <w:jc w:val="center"/>
        </w:trPr>
        <w:tc>
          <w:tcPr>
            <w:tcW w:w="101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bottom"/>
          </w:tcPr>
          <w:p w14:paraId="03EB98AD" w14:textId="77777777" w:rsidR="00C46649" w:rsidRDefault="00C46649"/>
        </w:tc>
      </w:tr>
      <w:tr w:rsidR="00C46649" w14:paraId="38AB1E0B" w14:textId="77777777">
        <w:trPr>
          <w:jc w:val="center"/>
        </w:trPr>
        <w:tc>
          <w:tcPr>
            <w:tcW w:w="101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bottom"/>
          </w:tcPr>
          <w:p w14:paraId="1F363846" w14:textId="757CAF05" w:rsidR="00C46649" w:rsidRPr="005D3599" w:rsidRDefault="00A41BCE">
            <w:pPr>
              <w:spacing w:after="40"/>
              <w:rPr>
                <w:lang w:val="sk-SK"/>
              </w:rPr>
            </w:pPr>
            <w:r w:rsidRPr="005D3599">
              <w:rPr>
                <w:b/>
                <w:color w:val="64748B"/>
                <w:sz w:val="17"/>
                <w:lang w:val="sk-SK"/>
              </w:rPr>
              <w:t xml:space="preserve">Podpis </w:t>
            </w:r>
            <w:r w:rsidR="005D3599" w:rsidRPr="005D3599">
              <w:rPr>
                <w:b/>
                <w:color w:val="64748B"/>
                <w:sz w:val="17"/>
                <w:lang w:val="sk-SK"/>
              </w:rPr>
              <w:t xml:space="preserve">/ pečiatka </w:t>
            </w:r>
            <w:r w:rsidRPr="005D3599">
              <w:rPr>
                <w:b/>
                <w:color w:val="64748B"/>
                <w:sz w:val="17"/>
                <w:lang w:val="sk-SK"/>
              </w:rPr>
              <w:t>obchodníka</w:t>
            </w:r>
          </w:p>
          <w:p w14:paraId="7E19A3BA" w14:textId="77777777" w:rsidR="00C46649" w:rsidRDefault="00C46649">
            <w:pPr>
              <w:pBdr>
                <w:bottom w:val="single" w:sz="6" w:space="2" w:color="D9E2EF"/>
              </w:pBdr>
              <w:spacing w:after="100"/>
            </w:pPr>
          </w:p>
        </w:tc>
      </w:tr>
      <w:tr w:rsidR="00C46649" w14:paraId="686BC122" w14:textId="77777777">
        <w:trPr>
          <w:jc w:val="center"/>
        </w:trPr>
        <w:tc>
          <w:tcPr>
            <w:tcW w:w="101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bottom"/>
          </w:tcPr>
          <w:p w14:paraId="17AC4F0F" w14:textId="77777777" w:rsidR="00C46649" w:rsidRDefault="00A41BCE">
            <w:pPr>
              <w:spacing w:after="40"/>
            </w:pPr>
            <w:r>
              <w:rPr>
                <w:b/>
                <w:color w:val="64748B"/>
                <w:sz w:val="17"/>
              </w:rPr>
              <w:t>Podpis kupujúceho</w:t>
            </w:r>
          </w:p>
          <w:p w14:paraId="4861BBBB" w14:textId="77777777" w:rsidR="00C46649" w:rsidRDefault="00C46649">
            <w:pPr>
              <w:pBdr>
                <w:bottom w:val="single" w:sz="6" w:space="2" w:color="D9E2EF"/>
              </w:pBdr>
              <w:spacing w:after="100"/>
            </w:pPr>
          </w:p>
        </w:tc>
      </w:tr>
      <w:tr w:rsidR="00C46649" w14:paraId="27CCCC3C" w14:textId="77777777">
        <w:trPr>
          <w:jc w:val="center"/>
        </w:trPr>
        <w:tc>
          <w:tcPr>
            <w:tcW w:w="101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bottom"/>
          </w:tcPr>
          <w:p w14:paraId="08DD2B24" w14:textId="77777777" w:rsidR="00C46649" w:rsidRDefault="00A41BCE">
            <w:pPr>
              <w:jc w:val="center"/>
            </w:pPr>
            <w:r>
              <w:rPr>
                <w:i/>
                <w:color w:val="64748B"/>
                <w:sz w:val="18"/>
              </w:rPr>
              <w:t>(ak sa tento protokol podáva alebo potvrdzuje v listinnej podobe)</w:t>
            </w:r>
          </w:p>
        </w:tc>
      </w:tr>
    </w:tbl>
    <w:p w14:paraId="76C3F090" w14:textId="77777777" w:rsidR="00A41BCE" w:rsidRDefault="00A41BCE"/>
    <w:sectPr w:rsidR="00A41BCE" w:rsidSect="00034616">
      <w:headerReference w:type="default" r:id="rId8"/>
      <w:footerReference w:type="default" r:id="rId9"/>
      <w:pgSz w:w="12240" w:h="15840"/>
      <w:pgMar w:top="893" w:right="1037" w:bottom="893" w:left="103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05B477" w14:textId="77777777" w:rsidR="00F52705" w:rsidRDefault="00F52705">
      <w:pPr>
        <w:spacing w:after="0" w:line="240" w:lineRule="auto"/>
      </w:pPr>
      <w:r>
        <w:separator/>
      </w:r>
    </w:p>
  </w:endnote>
  <w:endnote w:type="continuationSeparator" w:id="0">
    <w:p w14:paraId="03AE0EDB" w14:textId="77777777" w:rsidR="00F52705" w:rsidRDefault="00F527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63391F" w14:textId="77777777" w:rsidR="00C46649" w:rsidRDefault="00C4664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C84DEB" w14:textId="77777777" w:rsidR="00F52705" w:rsidRDefault="00F52705">
      <w:pPr>
        <w:spacing w:after="0" w:line="240" w:lineRule="auto"/>
      </w:pPr>
      <w:r>
        <w:separator/>
      </w:r>
    </w:p>
  </w:footnote>
  <w:footnote w:type="continuationSeparator" w:id="0">
    <w:p w14:paraId="18F59069" w14:textId="77777777" w:rsidR="00F52705" w:rsidRDefault="00F527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9200B3" w14:textId="77777777" w:rsidR="00C46649" w:rsidRDefault="00C4664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5D3599"/>
    <w:rsid w:val="0087592E"/>
    <w:rsid w:val="00A41BCE"/>
    <w:rsid w:val="00AA1D8D"/>
    <w:rsid w:val="00B47730"/>
    <w:rsid w:val="00C46649"/>
    <w:rsid w:val="00CB0664"/>
    <w:rsid w:val="00F52705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5599E99"/>
  <w14:defaultImageDpi w14:val="300"/>
  <w15:docId w15:val="{70F96A66-66D1-437D-BE3A-FD415D621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Calibri" w:eastAsia="Calibri" w:hAnsi="Calibri"/>
      <w:color w:val="172033"/>
      <w:sz w:val="21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227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Ivan Javorčík</dc:creator>
  <cp:keywords/>
  <cp:lastModifiedBy>Ivan Javorčík</cp:lastModifiedBy>
  <cp:revision>3</cp:revision>
  <dcterms:created xsi:type="dcterms:W3CDTF">2013-12-23T23:15:00Z</dcterms:created>
  <dcterms:modified xsi:type="dcterms:W3CDTF">2026-07-02T08:47:00Z</dcterms:modified>
  <cp:category/>
</cp:coreProperties>
</file>